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CC36" w14:textId="66BABD13" w:rsidR="0081798C" w:rsidRDefault="0081798C">
      <w:pPr>
        <w:spacing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47A50" wp14:editId="4A63F1CC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600700" cy="0"/>
                <wp:effectExtent l="38100" t="38100" r="76200" b="95250"/>
                <wp:wrapNone/>
                <wp:docPr id="15237780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46BF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9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" strokecolor="#c00000" strokeweight="2pt">
                <v:shadow on="t" color="black" opacity="24903f" origin=",.5" offset="0,.55556mm"/>
              </v:line>
            </w:pict>
          </mc:Fallback>
        </mc:AlternateContent>
      </w:r>
    </w:p>
    <w:p w14:paraId="5A21653B" w14:textId="26B29F37" w:rsidR="000C4821" w:rsidRDefault="00000000">
      <w:pPr>
        <w:spacing w:after="240"/>
      </w:pPr>
      <w:r>
        <w:t>Please print clearly in blue or black ink. Complete all sections of this application. Attach additional pages if needed.</w:t>
      </w:r>
    </w:p>
    <w:p w14:paraId="4E3580C5" w14:textId="77777777" w:rsidR="000C4821" w:rsidRDefault="00000000">
      <w:pPr>
        <w:pStyle w:val="Heading1"/>
      </w:pPr>
      <w:r>
        <w:t>Applicant Information</w:t>
      </w:r>
    </w:p>
    <w:p w14:paraId="7599D477" w14:textId="1095B748" w:rsidR="000C4821" w:rsidRDefault="00000000">
      <w:r>
        <w:t>Full Name: _______________</w:t>
      </w:r>
      <w:r w:rsidR="00CD38E0">
        <w:t>____________________________</w:t>
      </w:r>
      <w:r>
        <w:t>_______________</w:t>
      </w:r>
    </w:p>
    <w:p w14:paraId="2978BD56" w14:textId="77777777" w:rsidR="000C4821" w:rsidRDefault="00000000">
      <w:r>
        <w:t>Student ID Number: ______________________________</w:t>
      </w:r>
    </w:p>
    <w:p w14:paraId="1804597F" w14:textId="77777777" w:rsidR="000C4821" w:rsidRDefault="00000000">
      <w:r>
        <w:t>Expected Graduation Date: ______________________________</w:t>
      </w:r>
    </w:p>
    <w:p w14:paraId="79EA1B06" w14:textId="77777777" w:rsidR="000C4821" w:rsidRDefault="00000000">
      <w:r>
        <w:t>Current GPA: ______________________________</w:t>
      </w:r>
    </w:p>
    <w:p w14:paraId="251BB6BC" w14:textId="77777777" w:rsidR="000C4821" w:rsidRDefault="00000000">
      <w:pPr>
        <w:pStyle w:val="Heading1"/>
      </w:pPr>
      <w:r>
        <w:t>Postsecondary Education Plans</w:t>
      </w:r>
    </w:p>
    <w:p w14:paraId="333E0006" w14:textId="77777777" w:rsidR="000C4821" w:rsidRDefault="00000000">
      <w:r>
        <w:t>Which college, university, or vocational training institution are you planning to attend?</w:t>
      </w:r>
    </w:p>
    <w:p w14:paraId="6C93A2B8" w14:textId="77777777" w:rsidR="000C4821" w:rsidRDefault="00000000">
      <w:r>
        <w:t>______________________________________________________________________</w:t>
      </w:r>
    </w:p>
    <w:p w14:paraId="76D6640D" w14:textId="77777777" w:rsidR="000C4821" w:rsidRDefault="00000000">
      <w:r>
        <w:t>What will be your major or area of interest?</w:t>
      </w:r>
    </w:p>
    <w:p w14:paraId="19C946A1" w14:textId="77777777" w:rsidR="000C4821" w:rsidRDefault="00000000">
      <w:r>
        <w:t>______________________________________________________________________</w:t>
      </w:r>
    </w:p>
    <w:p w14:paraId="59A7445C" w14:textId="77777777" w:rsidR="000C4821" w:rsidRDefault="00000000">
      <w:pPr>
        <w:pStyle w:val="Heading1"/>
      </w:pPr>
      <w:r>
        <w:t>1. Overcoming Challenges</w:t>
      </w:r>
    </w:p>
    <w:p w14:paraId="00F66E45" w14:textId="77777777" w:rsidR="000C4821" w:rsidRDefault="00000000">
      <w:r>
        <w:t>How will you overcome any challenges you may encounter while attending your chosen college or university? (Minimum response of 125 words)</w:t>
      </w:r>
    </w:p>
    <w:p w14:paraId="08F0EF50" w14:textId="6BE6FE96" w:rsidR="000C4821" w:rsidRDefault="00000000">
      <w:r>
        <w:t>____________________________________________________________________</w:t>
      </w:r>
      <w:r w:rsidR="0081798C">
        <w:t>____________________________________</w:t>
      </w:r>
      <w:r>
        <w:t>_</w:t>
      </w:r>
    </w:p>
    <w:p w14:paraId="6ABA88EF" w14:textId="77777777" w:rsidR="0081798C" w:rsidRDefault="0081798C" w:rsidP="0081798C">
      <w:r>
        <w:t>_________________________________________________________________________________________________________</w:t>
      </w:r>
    </w:p>
    <w:p w14:paraId="11241E5B" w14:textId="77777777" w:rsidR="0081798C" w:rsidRDefault="0081798C" w:rsidP="0081798C">
      <w:r>
        <w:t>_________________________________________________________________________________________________________</w:t>
      </w:r>
    </w:p>
    <w:p w14:paraId="31AD4142" w14:textId="77777777" w:rsidR="0081798C" w:rsidRDefault="0081798C" w:rsidP="0081798C">
      <w:r>
        <w:t>_________________________________________________________________________________________________________</w:t>
      </w:r>
    </w:p>
    <w:p w14:paraId="5EAD3D4B" w14:textId="77777777" w:rsidR="0081798C" w:rsidRDefault="0081798C" w:rsidP="0081798C">
      <w:r>
        <w:t>_________________________________________________________________________________________________________</w:t>
      </w:r>
    </w:p>
    <w:p w14:paraId="3715488E" w14:textId="77777777" w:rsidR="0081798C" w:rsidRDefault="0081798C" w:rsidP="0081798C">
      <w:r>
        <w:t>_________________________________________________________________________________________________________</w:t>
      </w:r>
    </w:p>
    <w:p w14:paraId="468D2F0D" w14:textId="77777777" w:rsidR="0081798C" w:rsidRDefault="0081798C" w:rsidP="0081798C">
      <w:r>
        <w:t>_________________________________________________________________________________________________________</w:t>
      </w:r>
    </w:p>
    <w:p w14:paraId="1F2A9022" w14:textId="77777777" w:rsidR="0081798C" w:rsidRDefault="0081798C" w:rsidP="0081798C">
      <w:r>
        <w:t>_________________________________________________________________________________________________________</w:t>
      </w:r>
    </w:p>
    <w:p w14:paraId="3FD80421" w14:textId="77777777" w:rsidR="000C4821" w:rsidRDefault="00000000" w:rsidP="0081798C">
      <w:pPr>
        <w:pStyle w:val="Heading1"/>
        <w:ind w:right="-90"/>
      </w:pPr>
      <w:r>
        <w:lastRenderedPageBreak/>
        <w:t>2. Successes During High School</w:t>
      </w:r>
    </w:p>
    <w:p w14:paraId="5D23338A" w14:textId="77777777" w:rsidR="000C4821" w:rsidRDefault="00000000">
      <w:r>
        <w:t>Please share two successes you have experienced while attending Commonwealth High School or Stewart Creek High School that you are most proud of. (Minimum response of 125 words)</w:t>
      </w:r>
    </w:p>
    <w:p w14:paraId="3EE83082" w14:textId="77777777" w:rsidR="0081798C" w:rsidRDefault="0081798C" w:rsidP="0081798C">
      <w:r>
        <w:t>_________________________________________________________________________________________________________</w:t>
      </w:r>
    </w:p>
    <w:p w14:paraId="6C99C1FE" w14:textId="77777777" w:rsidR="0081798C" w:rsidRDefault="0081798C" w:rsidP="0081798C">
      <w:r>
        <w:t>_________________________________________________________________________________________________________</w:t>
      </w:r>
    </w:p>
    <w:p w14:paraId="61B41426" w14:textId="77777777" w:rsidR="0081798C" w:rsidRDefault="0081798C" w:rsidP="0081798C">
      <w:r>
        <w:t>_________________________________________________________________________________________________________</w:t>
      </w:r>
    </w:p>
    <w:p w14:paraId="5475DEC7" w14:textId="77777777" w:rsidR="0081798C" w:rsidRDefault="0081798C" w:rsidP="0081798C">
      <w:r>
        <w:t>_________________________________________________________________________________________________________</w:t>
      </w:r>
    </w:p>
    <w:p w14:paraId="48F0647D" w14:textId="77777777" w:rsidR="0081798C" w:rsidRDefault="0081798C" w:rsidP="0081798C">
      <w:r>
        <w:t>_________________________________________________________________________________________________________</w:t>
      </w:r>
    </w:p>
    <w:p w14:paraId="494BF457" w14:textId="77777777" w:rsidR="0081798C" w:rsidRDefault="0081798C" w:rsidP="0081798C">
      <w:r>
        <w:t>_________________________________________________________________________________________________________</w:t>
      </w:r>
    </w:p>
    <w:p w14:paraId="01E97AC9" w14:textId="77777777" w:rsidR="0081798C" w:rsidRDefault="0081798C" w:rsidP="0081798C">
      <w:r>
        <w:t>_________________________________________________________________________________________________________</w:t>
      </w:r>
    </w:p>
    <w:p w14:paraId="751827F0" w14:textId="77777777" w:rsidR="0081798C" w:rsidRDefault="0081798C" w:rsidP="0081798C">
      <w:r>
        <w:t>_________________________________________________________________________________________________________</w:t>
      </w:r>
    </w:p>
    <w:p w14:paraId="6E876139" w14:textId="77777777" w:rsidR="000C4821" w:rsidRDefault="00000000">
      <w:pPr>
        <w:pStyle w:val="Heading1"/>
      </w:pPr>
      <w:r>
        <w:t>3. School Values Reflection</w:t>
      </w:r>
    </w:p>
    <w:p w14:paraId="5AA9AFC8" w14:textId="77777777" w:rsidR="000C4821" w:rsidRDefault="00000000">
      <w:r>
        <w:t>Select one value: integrity, personal responsibility, perseverance, community service, or leadership. Describe what it means to you and how you manifest that value in your life. (Minimum response of 125 words)</w:t>
      </w:r>
    </w:p>
    <w:p w14:paraId="3AC127DD" w14:textId="77777777" w:rsidR="0081798C" w:rsidRDefault="0081798C" w:rsidP="0081798C">
      <w:r>
        <w:t>_________________________________________________________________________________________________________</w:t>
      </w:r>
    </w:p>
    <w:p w14:paraId="1F2315A4" w14:textId="77777777" w:rsidR="0081798C" w:rsidRDefault="0081798C" w:rsidP="0081798C">
      <w:r>
        <w:t>_________________________________________________________________________________________________________</w:t>
      </w:r>
    </w:p>
    <w:p w14:paraId="2001EB94" w14:textId="77777777" w:rsidR="0081798C" w:rsidRDefault="0081798C" w:rsidP="0081798C">
      <w:r>
        <w:t>_________________________________________________________________________________________________________</w:t>
      </w:r>
    </w:p>
    <w:p w14:paraId="04B74CAF" w14:textId="77777777" w:rsidR="0081798C" w:rsidRDefault="0081798C" w:rsidP="0081798C">
      <w:r>
        <w:t>_________________________________________________________________________________________________________</w:t>
      </w:r>
    </w:p>
    <w:p w14:paraId="070586BB" w14:textId="77777777" w:rsidR="0081798C" w:rsidRDefault="0081798C" w:rsidP="0081798C">
      <w:r>
        <w:t>_________________________________________________________________________________________________________</w:t>
      </w:r>
    </w:p>
    <w:p w14:paraId="7A0E6D66" w14:textId="77777777" w:rsidR="0081798C" w:rsidRDefault="0081798C" w:rsidP="0081798C">
      <w:r>
        <w:t>_________________________________________________________________________________________________________</w:t>
      </w:r>
    </w:p>
    <w:p w14:paraId="1687EE79" w14:textId="77777777" w:rsidR="0081798C" w:rsidRDefault="0081798C" w:rsidP="0081798C">
      <w:r>
        <w:t>_________________________________________________________________________________________________________</w:t>
      </w:r>
    </w:p>
    <w:p w14:paraId="77D45AB7" w14:textId="77777777" w:rsidR="0081798C" w:rsidRDefault="0081798C" w:rsidP="0081798C">
      <w:r>
        <w:t>_________________________________________________________________________________________________________</w:t>
      </w:r>
    </w:p>
    <w:p w14:paraId="55DAD9DD" w14:textId="77777777" w:rsidR="000C4821" w:rsidRDefault="00000000">
      <w:pPr>
        <w:pStyle w:val="Heading1"/>
      </w:pPr>
      <w:r>
        <w:lastRenderedPageBreak/>
        <w:t>Letters of Recommendation</w:t>
      </w:r>
    </w:p>
    <w:p w14:paraId="47E4CE66" w14:textId="50065BC7" w:rsidR="000C4821" w:rsidRDefault="00000000">
      <w:r>
        <w:t xml:space="preserve">Please provide </w:t>
      </w:r>
      <w:r w:rsidR="0081798C">
        <w:t>one</w:t>
      </w:r>
      <w:r>
        <w:t xml:space="preserve"> letter of recommendation from </w:t>
      </w:r>
      <w:r w:rsidR="0081798C">
        <w:t xml:space="preserve">a </w:t>
      </w:r>
      <w:r>
        <w:t>community leader, church leader, supervisor, or educator.</w:t>
      </w:r>
      <w:r w:rsidR="0081798C">
        <w:t xml:space="preserve">  Please provide the name below of the person who will be providing this recommendation.</w:t>
      </w:r>
    </w:p>
    <w:p w14:paraId="2FCEF41A" w14:textId="0D1710E0" w:rsidR="000C4821" w:rsidRDefault="00000000">
      <w:r>
        <w:t>1. ________</w:t>
      </w:r>
      <w:r w:rsidR="0081798C">
        <w:t>__________</w:t>
      </w:r>
      <w:r>
        <w:t>______________________</w:t>
      </w:r>
    </w:p>
    <w:p w14:paraId="0555F31A" w14:textId="77777777" w:rsidR="000C4821" w:rsidRDefault="00000000">
      <w:pPr>
        <w:pStyle w:val="Heading1"/>
      </w:pPr>
      <w:r>
        <w:t>Applicant Certification</w:t>
      </w:r>
    </w:p>
    <w:p w14:paraId="4D5BCD0A" w14:textId="77777777" w:rsidR="000C4821" w:rsidRDefault="00000000">
      <w:r>
        <w:t>I certify that the information provided in this application is true and complete to the best of my knowledge.</w:t>
      </w:r>
    </w:p>
    <w:p w14:paraId="55D5D2FF" w14:textId="55FA73AF" w:rsidR="000C4821" w:rsidRDefault="00000000">
      <w:r>
        <w:t>Applicant Signature: _____________________</w:t>
      </w:r>
      <w:r w:rsidR="0081798C">
        <w:t>______________</w:t>
      </w:r>
      <w:r>
        <w:t>_________</w:t>
      </w:r>
    </w:p>
    <w:p w14:paraId="070C5CBA" w14:textId="77777777" w:rsidR="000C4821" w:rsidRDefault="00000000">
      <w:r>
        <w:t>Date: ______________________________</w:t>
      </w:r>
    </w:p>
    <w:sectPr w:rsidR="000C482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07DB4" w14:textId="77777777" w:rsidR="00316A40" w:rsidRDefault="00316A40" w:rsidP="0081798C">
      <w:pPr>
        <w:spacing w:after="0" w:line="240" w:lineRule="auto"/>
      </w:pPr>
      <w:r>
        <w:separator/>
      </w:r>
    </w:p>
  </w:endnote>
  <w:endnote w:type="continuationSeparator" w:id="0">
    <w:p w14:paraId="1624FBD5" w14:textId="77777777" w:rsidR="00316A40" w:rsidRDefault="00316A40" w:rsidP="0081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ACC8" w14:textId="77777777" w:rsidR="00316A40" w:rsidRDefault="00316A40" w:rsidP="0081798C">
      <w:pPr>
        <w:spacing w:after="0" w:line="240" w:lineRule="auto"/>
      </w:pPr>
      <w:r>
        <w:separator/>
      </w:r>
    </w:p>
  </w:footnote>
  <w:footnote w:type="continuationSeparator" w:id="0">
    <w:p w14:paraId="408E2EC6" w14:textId="77777777" w:rsidR="00316A40" w:rsidRDefault="00316A40" w:rsidP="0081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AE2A" w14:textId="651F81BE" w:rsidR="0081798C" w:rsidRDefault="0081798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C136C3" wp14:editId="78F9076F">
              <wp:simplePos x="0" y="0"/>
              <wp:positionH relativeFrom="column">
                <wp:posOffset>1295400</wp:posOffset>
              </wp:positionH>
              <wp:positionV relativeFrom="paragraph">
                <wp:posOffset>76200</wp:posOffset>
              </wp:positionV>
              <wp:extent cx="3743325" cy="140462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C72AD" w14:textId="0B7462E2" w:rsidR="0081798C" w:rsidRPr="0081798C" w:rsidRDefault="0081798C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81798C"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  <w:t>Central Wake High School</w:t>
                          </w:r>
                        </w:p>
                        <w:p w14:paraId="6D8DDB97" w14:textId="1A5E9174" w:rsidR="0081798C" w:rsidRPr="0081798C" w:rsidRDefault="0081798C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81798C"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  <w:t>2026 Scholarship 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C13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2pt;margin-top:6pt;width:29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" stroked="f">
              <v:textbox style="mso-fit-shape-to-text:t">
                <w:txbxContent>
                  <w:p w14:paraId="6E0C72AD" w14:textId="0B7462E2" w:rsidR="0081798C" w:rsidRPr="0081798C" w:rsidRDefault="0081798C">
                    <w:pPr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</w:pPr>
                    <w:r w:rsidRPr="0081798C"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  <w:t>Central Wake High School</w:t>
                    </w:r>
                  </w:p>
                  <w:p w14:paraId="6D8DDB97" w14:textId="1A5E9174" w:rsidR="0081798C" w:rsidRPr="0081798C" w:rsidRDefault="0081798C">
                    <w:pPr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</w:pPr>
                    <w:r w:rsidRPr="0081798C"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  <w:t>2026 Scholarship Application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7CAD5C1" wp14:editId="11E2C30D">
          <wp:extent cx="4048125" cy="962025"/>
          <wp:effectExtent l="0" t="0" r="0" b="0"/>
          <wp:docPr id="916890634" name="Picture 1" descr="Logo-Header-CentralWa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eader-CentralWa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665742">
    <w:abstractNumId w:val="8"/>
  </w:num>
  <w:num w:numId="2" w16cid:durableId="467164571">
    <w:abstractNumId w:val="6"/>
  </w:num>
  <w:num w:numId="3" w16cid:durableId="2000691382">
    <w:abstractNumId w:val="5"/>
  </w:num>
  <w:num w:numId="4" w16cid:durableId="1893078497">
    <w:abstractNumId w:val="4"/>
  </w:num>
  <w:num w:numId="5" w16cid:durableId="2019503720">
    <w:abstractNumId w:val="7"/>
  </w:num>
  <w:num w:numId="6" w16cid:durableId="1232426100">
    <w:abstractNumId w:val="3"/>
  </w:num>
  <w:num w:numId="7" w16cid:durableId="2095934731">
    <w:abstractNumId w:val="2"/>
  </w:num>
  <w:num w:numId="8" w16cid:durableId="1872693132">
    <w:abstractNumId w:val="1"/>
  </w:num>
  <w:num w:numId="9" w16cid:durableId="167244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821"/>
    <w:rsid w:val="0015074B"/>
    <w:rsid w:val="0016099E"/>
    <w:rsid w:val="0029639D"/>
    <w:rsid w:val="00316A40"/>
    <w:rsid w:val="00326F90"/>
    <w:rsid w:val="0061704F"/>
    <w:rsid w:val="0081798C"/>
    <w:rsid w:val="00AA1D8D"/>
    <w:rsid w:val="00B47730"/>
    <w:rsid w:val="00CB0664"/>
    <w:rsid w:val="00CD38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EA8DC2"/>
  <w14:defaultImageDpi w14:val="300"/>
  <w15:docId w15:val="{ED29B780-D233-4542-BDED-0D825AB1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Tangie Fleming</cp:lastModifiedBy>
  <cp:revision>3</cp:revision>
  <dcterms:created xsi:type="dcterms:W3CDTF">2026-06-08T17:47:00Z</dcterms:created>
  <dcterms:modified xsi:type="dcterms:W3CDTF">2026-06-08T17:50:00Z</dcterms:modified>
  <cp:category/>
</cp:coreProperties>
</file>